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D05" w:rsidRPr="00A95DFD" w:rsidRDefault="00A95DFD">
      <w:pPr>
        <w:pStyle w:val="Balk1"/>
        <w:rPr>
          <w:rFonts w:ascii="Times New Roman" w:hAnsi="Times New Roman" w:cs="Times New Roman"/>
        </w:rPr>
      </w:pPr>
      <w:bookmarkStart w:id="0" w:name="_GoBack"/>
      <w:bookmarkEnd w:id="0"/>
      <w:r w:rsidRPr="00A95DFD">
        <w:rPr>
          <w:rFonts w:ascii="Times New Roman" w:hAnsi="Times New Roman" w:cs="Times New Roman"/>
        </w:rPr>
        <w:t>Gaziantep Trafik Cezası İtiraz Dilekçesi</w:t>
      </w:r>
    </w:p>
    <w:p w:rsidR="00AB1D05" w:rsidRDefault="00A95DFD">
      <w:r w:rsidRPr="00A95DFD">
        <w:rPr>
          <w:rFonts w:ascii="Times New Roman" w:hAnsi="Times New Roman" w:cs="Times New Roman"/>
        </w:rPr>
        <w:br/>
        <w:t>T.C.</w:t>
      </w:r>
      <w:r w:rsidRPr="00A95DFD">
        <w:rPr>
          <w:rFonts w:ascii="Times New Roman" w:hAnsi="Times New Roman" w:cs="Times New Roman"/>
        </w:rPr>
        <w:br/>
        <w:t>GAZİANTEP SULH CEZA HÂKİMLİĞİ’NE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İTİRAZ EDEN (BAŞVURUCU):</w:t>
      </w:r>
      <w:r w:rsidRPr="00A95DFD">
        <w:rPr>
          <w:rFonts w:ascii="Times New Roman" w:hAnsi="Times New Roman" w:cs="Times New Roman"/>
        </w:rPr>
        <w:br/>
        <w:t>Adı Soyadı: [Adınız Soyadınız]</w:t>
      </w:r>
      <w:r w:rsidRPr="00A95DFD">
        <w:rPr>
          <w:rFonts w:ascii="Times New Roman" w:hAnsi="Times New Roman" w:cs="Times New Roman"/>
        </w:rPr>
        <w:br/>
        <w:t>T.C. Kimlik No: [11 Haneli TC Kimlik Numaranız]</w:t>
      </w:r>
      <w:r w:rsidRPr="00A95DFD">
        <w:rPr>
          <w:rFonts w:ascii="Times New Roman" w:hAnsi="Times New Roman" w:cs="Times New Roman"/>
        </w:rPr>
        <w:br/>
        <w:t>Adres: [Adresiniz]</w:t>
      </w:r>
      <w:r w:rsidRPr="00A95DFD">
        <w:rPr>
          <w:rFonts w:ascii="Times New Roman" w:hAnsi="Times New Roman" w:cs="Times New Roman"/>
        </w:rPr>
        <w:br/>
        <w:t>Telefon: [Telefon Numaranız]</w:t>
      </w:r>
      <w:r w:rsidRPr="00A95DFD">
        <w:rPr>
          <w:rFonts w:ascii="Times New Roman" w:hAnsi="Times New Roman" w:cs="Times New Roman"/>
        </w:rPr>
        <w:br/>
        <w:t xml:space="preserve">E-Posta: [Varsa </w:t>
      </w:r>
      <w:r w:rsidRPr="00A95DFD">
        <w:rPr>
          <w:rFonts w:ascii="Times New Roman" w:hAnsi="Times New Roman" w:cs="Times New Roman"/>
        </w:rPr>
        <w:t>e-posta adresiniz]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KARŞI TARAF:</w:t>
      </w:r>
      <w:r w:rsidRPr="00A95DFD">
        <w:rPr>
          <w:rFonts w:ascii="Times New Roman" w:hAnsi="Times New Roman" w:cs="Times New Roman"/>
        </w:rPr>
        <w:br/>
        <w:t>Gaziantep Trafik Denetleme Şube Müdürlüğü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KARAR TARİHİ / TEBLİĞ TARİHİ: [Tarih]</w:t>
      </w:r>
      <w:r w:rsidRPr="00A95DFD">
        <w:rPr>
          <w:rFonts w:ascii="Times New Roman" w:hAnsi="Times New Roman" w:cs="Times New Roman"/>
        </w:rPr>
        <w:br/>
        <w:t>CEZA TUTANAĞI SERİ/SIRA NO: [Ceza Tutanak No]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KONU:</w:t>
      </w:r>
      <w:r w:rsidRPr="00A95DFD">
        <w:rPr>
          <w:rFonts w:ascii="Times New Roman" w:hAnsi="Times New Roman" w:cs="Times New Roman"/>
        </w:rPr>
        <w:br/>
        <w:t xml:space="preserve">[Ceza tarihi] tarihinde tarafıma kesilen trafik idari para cezasına itirazımın sunulması </w:t>
      </w:r>
      <w:r w:rsidRPr="00A95DFD">
        <w:rPr>
          <w:rFonts w:ascii="Times New Roman" w:hAnsi="Times New Roman" w:cs="Times New Roman"/>
        </w:rPr>
        <w:t>hakkındadır.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AÇIKLAMALAR: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1. [Ceza tarihi] tarihinde, [ceza maddesi/ihlal türü – örn. “kırmızı ışık ihlali”] gerekçesiyle adıma [Ceza tutarı] TL tutarında trafik idari para cezası düzenlenmiştir.</w:t>
      </w:r>
      <w:r w:rsidRPr="00A95DFD">
        <w:rPr>
          <w:rFonts w:ascii="Times New Roman" w:hAnsi="Times New Roman" w:cs="Times New Roman"/>
        </w:rPr>
        <w:br/>
        <w:t>2. Tarafıma ait [plaka numarası] plaka numaralı araç ile i</w:t>
      </w:r>
      <w:r w:rsidRPr="00A95DFD">
        <w:rPr>
          <w:rFonts w:ascii="Times New Roman" w:hAnsi="Times New Roman" w:cs="Times New Roman"/>
        </w:rPr>
        <w:t>lgili düzenlenen bu ceza, hukuka ve olayın gerçek akışına aykırıdır.</w:t>
      </w:r>
      <w:r w:rsidRPr="00A95DFD">
        <w:rPr>
          <w:rFonts w:ascii="Times New Roman" w:hAnsi="Times New Roman" w:cs="Times New Roman"/>
        </w:rPr>
        <w:br/>
        <w:t>3. Gaziantep ili sınırlarında söz konusu tarihte, belirtilen yerde bulunmadığım/bulunmam araçla ceza konusu eylemi gerçekleştirmediğim hususu; [delil örneği: iş yerinden giriş-çıkış kayıt</w:t>
      </w:r>
      <w:r w:rsidRPr="00A95DFD">
        <w:rPr>
          <w:rFonts w:ascii="Times New Roman" w:hAnsi="Times New Roman" w:cs="Times New Roman"/>
        </w:rPr>
        <w:t>ları, kamera görüntüleri, GPS kayıtları] ile sabittir.</w:t>
      </w:r>
      <w:r w:rsidRPr="00A95DFD">
        <w:rPr>
          <w:rFonts w:ascii="Times New Roman" w:hAnsi="Times New Roman" w:cs="Times New Roman"/>
        </w:rPr>
        <w:br/>
        <w:t>4. 2918 sayılı Karayolları Trafik Kanunu’nun ilgili maddeleri ve 5326 sayılı Kabahatler Kanunu’nun 27. maddesi gereğince, haksız yere yazılan idari para cezasının iptali talebim haklıdır.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HUKUKİ SEBEP</w:t>
      </w:r>
      <w:r w:rsidRPr="00A95DFD">
        <w:rPr>
          <w:rFonts w:ascii="Times New Roman" w:hAnsi="Times New Roman" w:cs="Times New Roman"/>
        </w:rPr>
        <w:t>LER:</w:t>
      </w:r>
      <w:r w:rsidRPr="00A95DFD">
        <w:rPr>
          <w:rFonts w:ascii="Times New Roman" w:hAnsi="Times New Roman" w:cs="Times New Roman"/>
        </w:rPr>
        <w:br/>
        <w:t>2918 sayılı Karayolları Trafik Kanunu, 5326 sayılı Kabahatler Kanunu, HMK ve ilgili mevzuat.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DELİLLER:</w:t>
      </w:r>
      <w:r w:rsidRPr="00A95DFD">
        <w:rPr>
          <w:rFonts w:ascii="Times New Roman" w:hAnsi="Times New Roman" w:cs="Times New Roman"/>
        </w:rPr>
        <w:br/>
        <w:t>- Trafik ceza tutanağı (aslı veya fotokopisi)</w:t>
      </w:r>
      <w:r w:rsidRPr="00A95DFD">
        <w:rPr>
          <w:rFonts w:ascii="Times New Roman" w:hAnsi="Times New Roman" w:cs="Times New Roman"/>
        </w:rPr>
        <w:br/>
        <w:t>- Kamera/görsel kayıtlar</w:t>
      </w:r>
      <w:r w:rsidRPr="00A95DFD">
        <w:rPr>
          <w:rFonts w:ascii="Times New Roman" w:hAnsi="Times New Roman" w:cs="Times New Roman"/>
        </w:rPr>
        <w:br/>
        <w:t>- Tanık beyanları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lastRenderedPageBreak/>
        <w:t>- GPS kayıtları</w:t>
      </w:r>
      <w:r w:rsidRPr="00A95DFD">
        <w:rPr>
          <w:rFonts w:ascii="Times New Roman" w:hAnsi="Times New Roman" w:cs="Times New Roman"/>
        </w:rPr>
        <w:br/>
        <w:t>- Diğer her türlü yasal delil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SONUÇ VE TA</w:t>
      </w:r>
      <w:r w:rsidRPr="00A95DFD">
        <w:rPr>
          <w:rFonts w:ascii="Times New Roman" w:hAnsi="Times New Roman" w:cs="Times New Roman"/>
        </w:rPr>
        <w:t>LEP:</w:t>
      </w:r>
      <w:r w:rsidRPr="00A95DFD">
        <w:rPr>
          <w:rFonts w:ascii="Times New Roman" w:hAnsi="Times New Roman" w:cs="Times New Roman"/>
        </w:rPr>
        <w:br/>
        <w:t>Yukarıda arz ve izah ettiğim nedenlerle;</w:t>
      </w:r>
      <w:r w:rsidRPr="00A95DFD">
        <w:rPr>
          <w:rFonts w:ascii="Times New Roman" w:hAnsi="Times New Roman" w:cs="Times New Roman"/>
        </w:rPr>
        <w:br/>
        <w:t>Gaziantep Trafik Denetleme Şube Müdürlüğü’nce adıma düzenlenen [Ceza tutanağı no] sayılı trafik idari para cezasının iptaline karar verilmesini saygılarımla arz ve talep ederim.</w:t>
      </w:r>
      <w:r w:rsidRPr="00A95DFD">
        <w:rPr>
          <w:rFonts w:ascii="Times New Roman" w:hAnsi="Times New Roman" w:cs="Times New Roman"/>
        </w:rPr>
        <w:br/>
      </w:r>
      <w:r w:rsidRPr="00A95DFD">
        <w:rPr>
          <w:rFonts w:ascii="Times New Roman" w:hAnsi="Times New Roman" w:cs="Times New Roman"/>
        </w:rPr>
        <w:br/>
        <w:t>Tarih: [Gün/Ay/Yıl]</w:t>
      </w:r>
      <w:r w:rsidRPr="00A95DFD">
        <w:rPr>
          <w:rFonts w:ascii="Times New Roman" w:hAnsi="Times New Roman" w:cs="Times New Roman"/>
        </w:rPr>
        <w:br/>
        <w:t>İtiraz Eden</w:t>
      </w:r>
      <w:r w:rsidRPr="00A95DFD">
        <w:rPr>
          <w:rFonts w:ascii="Times New Roman" w:hAnsi="Times New Roman" w:cs="Times New Roman"/>
        </w:rPr>
        <w:t xml:space="preserve"> (İmza)</w:t>
      </w:r>
      <w:r w:rsidRPr="00A95DFD">
        <w:rPr>
          <w:rFonts w:ascii="Times New Roman" w:hAnsi="Times New Roman" w:cs="Times New Roman"/>
        </w:rPr>
        <w:br/>
        <w:t>Adınız Soyadınız</w:t>
      </w:r>
      <w:r>
        <w:br/>
      </w:r>
    </w:p>
    <w:sectPr w:rsidR="00AB1D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95DFD"/>
    <w:rsid w:val="00AA1D8D"/>
    <w:rsid w:val="00AB1D0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62B7335-3805-40C4-B497-0881A110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FAC7AC-2FB4-49C5-B10F-A1AC40ECB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2</cp:revision>
  <cp:lastPrinted>2025-08-13T09:50:00Z</cp:lastPrinted>
  <dcterms:created xsi:type="dcterms:W3CDTF">2013-12-23T23:15:00Z</dcterms:created>
  <dcterms:modified xsi:type="dcterms:W3CDTF">2025-08-13T09:51:00Z</dcterms:modified>
  <cp:category/>
</cp:coreProperties>
</file>